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ПП РФ № 2168</w:t>
      </w:r>
    </w:p>
    <w:p>
      <w:pPr>
        <w:jc w:val="center"/>
      </w:pPr>
      <w:r>
        <w:rPr>
          <w:b/>
          <w:sz w:val="28"/>
        </w:rPr>
        <w:t>Приказ</w:t>
      </w:r>
    </w:p>
    <w:p>
      <w:pPr>
        <w:jc w:val="center"/>
      </w:pPr>
      <w:r>
        <w:rPr>
          <w:b w:val="0"/>
          <w:sz w:val="22"/>
        </w:rPr>
        <w:t>о назначении ответственного за осуществление производственного контроля на опасном производственном объекте</w:t>
      </w:r>
    </w:p>
    <w:p>
      <w:pPr>
        <w:ind w:firstLine="567"/>
        <w:jc w:val="both"/>
      </w:pPr>
      <w:r>
        <w:t>[Наименование организации]</w:t>
      </w:r>
    </w:p>
    <w:p>
      <w:pPr>
        <w:ind w:firstLine="567"/>
        <w:jc w:val="both"/>
      </w:pPr>
      <w:r>
        <w:t>[дата] № [номер приказа]</w:t>
      </w:r>
    </w:p>
    <w:p>
      <w:pPr>
        <w:ind w:firstLine="567"/>
        <w:jc w:val="both"/>
      </w:pPr>
      <w:r>
        <w:t>В соответствии с Правилами организации и осуществления производственного контроля за соблюдением требований промышленной безопасности, утвержденными постановлением Правительства Российской Федерации от 29.10.2021 № 2168, в целях обеспечения соблюдения требований промышленной безопасности при эксплуатации опасного производственного объекта, приказываю:</w:t>
      </w:r>
    </w:p>
    <w:p>
      <w:pPr>
        <w:ind w:left="340"/>
        <w:jc w:val="both"/>
      </w:pPr>
      <w:r>
        <w:t>1. Назначить [ФИО], [должность], ответственным за осуществление производственного контроля на опасном производственном объекте [наименование опасного производственного объекта], регистрационный номер [регистрационный номер ОПО], [класс опасности] класс опасности.</w:t>
      </w:r>
    </w:p>
    <w:p>
      <w:pPr>
        <w:ind w:left="340"/>
        <w:jc w:val="both"/>
      </w:pPr>
      <w:r>
        <w:t>2. Установить, что [ФИО] соответствует квалификационным требованиям, предъявляемым к работнику, ответственному за осуществление производственного контроля: высшее техническое образование; стаж работы на опасных производственных объектах не менее 3 лет; аттестация в области промышленной безопасности.</w:t>
      </w:r>
    </w:p>
    <w:p>
      <w:pPr>
        <w:ind w:left="340"/>
        <w:jc w:val="both"/>
      </w:pPr>
      <w:r>
        <w:t>3. Утвердить Положение о производственном контроле за соблюдением требований промышленной безопасности на опасном производственном объекте [наименование опасного производственного объекта] (приложение № 1 к настоящему приказу).</w:t>
      </w:r>
    </w:p>
    <w:p>
      <w:pPr>
        <w:ind w:left="340"/>
        <w:jc w:val="both"/>
      </w:pPr>
      <w:r>
        <w:t>4. Возложить на ответственного за осуществление производственного контроля обязанности, предусмотренные Положением о производственном контроле и настоящим приказом.</w:t>
      </w:r>
    </w:p>
    <w:p>
      <w:pPr>
        <w:ind w:firstLine="567"/>
        <w:jc w:val="both"/>
      </w:pPr>
      <w:r>
        <w:t>Ответственный за осуществление производственного контроля обязан:</w:t>
      </w:r>
    </w:p>
    <w:p>
      <w:pPr>
        <w:ind w:left="340"/>
        <w:jc w:val="both"/>
      </w:pPr>
      <w:r>
        <w:t>1) проводить проверки соблюдения требований промышленной безопасности при эксплуатации опасного производственного объекта;</w:t>
      </w:r>
    </w:p>
    <w:p>
      <w:pPr>
        <w:ind w:left="340"/>
        <w:jc w:val="both"/>
      </w:pPr>
      <w:r>
        <w:t>2) разрабатывать, внедрять и контролировать выполнение мероприятий, направленных на предупреждение аварий и инцидентов;</w:t>
      </w:r>
    </w:p>
    <w:p>
      <w:pPr>
        <w:ind w:left="340"/>
        <w:jc w:val="both"/>
      </w:pPr>
      <w:r>
        <w:t>3) участвовать в расследовании аварий, инцидентов и несчастных случаев, вести учёт и анализ причин их возникновения;</w:t>
      </w:r>
    </w:p>
    <w:p>
      <w:pPr>
        <w:ind w:left="340"/>
        <w:jc w:val="both"/>
      </w:pPr>
      <w:r>
        <w:t>4) контролировать подготовку и аттестацию работников в области промышленной безопасности;</w:t>
      </w:r>
    </w:p>
    <w:p>
      <w:pPr>
        <w:ind w:left="340"/>
        <w:jc w:val="both"/>
      </w:pPr>
      <w:r>
        <w:t>5) контролировать своевременное проведение экспертизы промышленной безопасности, технического обслуживания, ремонта и технического диагностирования технических устройств;</w:t>
      </w:r>
    </w:p>
    <w:p>
      <w:pPr>
        <w:ind w:left="340"/>
        <w:jc w:val="both"/>
      </w:pPr>
      <w:r>
        <w:t>6) информировать [должность руководителя] о выявленных нарушениях требований промышленной безопасности, мерах по их устранению и результатах выполнения предписаний;</w:t>
      </w:r>
    </w:p>
    <w:p>
      <w:pPr>
        <w:ind w:left="340"/>
        <w:jc w:val="both"/>
      </w:pPr>
      <w:r>
        <w:t>7) обеспечивать подготовку и представление сведений об организации производственного контроля в порядке, установленном Правилами организации и осуществления производственного контроля за соблюдением требований промышленной безопасности, утвержденными постановлением Правительства Российской Федерации от 29.10.2021 № 2168.</w:t>
      </w:r>
    </w:p>
    <w:p>
      <w:pPr>
        <w:ind w:firstLine="567"/>
        <w:jc w:val="both"/>
      </w:pPr>
      <w:r>
        <w:t>5. Контроль за исполнением настоящего приказа оставляю за собой.</w:t>
      </w:r>
    </w:p>
    <w:p>
      <w:r>
        <w:t>Руководитель организации  _______________  /____________________/   «__» ________ 20__ г.</w:t>
      </w:r>
    </w:p>
    <w:p>
      <w:r>
        <w:t>С приказом ознакомлен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